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7102D1" w14:textId="77777777" w:rsidR="006D664B" w:rsidRDefault="00AE1C1F">
      <w:pPr>
        <w:pStyle w:val="Title"/>
        <w:jc w:val="center"/>
      </w:pPr>
      <w:r>
        <w:t>UM FOUNDATION / REX</w:t>
      </w:r>
      <w:r>
        <w:br/>
        <w:t>PRIVACY POLICY AND STUDENT DATA PRIVACY ADDENDUM</w:t>
      </w:r>
    </w:p>
    <w:p w14:paraId="7F85F4AC" w14:textId="77777777" w:rsidR="006D664B" w:rsidRDefault="006D664B">
      <w:pPr>
        <w:pStyle w:val="SmallNote"/>
      </w:pPr>
    </w:p>
    <w:tbl>
      <w:tblPr>
        <w:tblW w:w="0" w:type="auto"/>
        <w:jc w:val="center"/>
        <w:tblLook w:val="04A0" w:firstRow="1" w:lastRow="0" w:firstColumn="1" w:lastColumn="0" w:noHBand="0" w:noVBand="1"/>
      </w:tblPr>
      <w:tblGrid>
        <w:gridCol w:w="9936"/>
      </w:tblGrid>
      <w:tr w:rsidR="006D664B" w14:paraId="4A8FF815" w14:textId="77777777">
        <w:trPr>
          <w:jc w:val="center"/>
        </w:trPr>
        <w:tc>
          <w:tcPr>
            <w:tcW w:w="9936" w:type="dxa"/>
            <w:shd w:val="clear" w:color="auto" w:fill="EAF2F8"/>
            <w:vAlign w:val="center"/>
          </w:tcPr>
          <w:p w14:paraId="51086823" w14:textId="77777777" w:rsidR="006D664B" w:rsidRDefault="00AE1C1F">
            <w:r>
              <w:rPr>
                <w:b/>
                <w:sz w:val="18"/>
              </w:rPr>
              <w:t>Plain-English Commitment: REX is a school-authorized AI-led instructional platform. The school or district controls student data. UM Foundation/REX does not sell student data, does not use student data for targeted advertising, does not build non-educational student profiles, and never uses student data, identifiable or de-identified, to train outside or general-purpose AI models. REX uses only de-identified learning-interaction data, such as how students work through problems, to improve REX’s own instructional models.</w:t>
            </w:r>
          </w:p>
        </w:tc>
      </w:tr>
    </w:tbl>
    <w:p w14:paraId="102D10A7" w14:textId="77777777" w:rsidR="006D664B" w:rsidRDefault="00AE1C1F">
      <w:pPr>
        <w:pStyle w:val="Heading1"/>
      </w:pPr>
      <w:r>
        <w:t>1. Who We Are and What This Policy Covers</w:t>
      </w:r>
    </w:p>
    <w:p w14:paraId="2BE49409" w14:textId="77777777" w:rsidR="006D664B" w:rsidRDefault="00AE1C1F">
      <w:r>
        <w:t>UM Foundation (“UM Foundation,” “we,” “us,” or “our”) provides REX, an AI-led instructional platform designed to support schools, teachers, and students through individualized mastery learning, teacher-facing progress visibility, and school-authorized instructional support (“REX” or the “Service”).  Please see Section 25 for other defined terms used in this Policy.</w:t>
      </w:r>
    </w:p>
    <w:p w14:paraId="7B0FEE0A" w14:textId="77777777" w:rsidR="006D664B" w:rsidRDefault="00AE1C1F">
      <w:r>
        <w:t>This Privacy Policy and Student Data Privacy Addendum (the “Policy”) explains how UM Foundation collects, uses, maintains, protects, discloses, deletes, and otherwise processes personal information and Student Data in connection with REX. This Policy applies when REX is used by a school, school district, charter school, private school, microschool, educational organization, teacher, administrator, student, parent/guardian, or other authorized user.</w:t>
      </w:r>
    </w:p>
    <w:p w14:paraId="2D2BEE7E" w14:textId="77777777" w:rsidR="006D664B" w:rsidRDefault="00AE1C1F">
      <w:r>
        <w:t>Where REX is used under a written agreement with a School, the written agreement, any applicable data processing agreement, and applicable state student privacy addendum will control if they provide stronger protections than this Policy.</w:t>
      </w:r>
    </w:p>
    <w:p w14:paraId="0969312B" w14:textId="77777777" w:rsidR="006D664B" w:rsidRDefault="00AE1C1F">
      <w:pPr>
        <w:pStyle w:val="Heading1"/>
      </w:pPr>
      <w:r>
        <w:t>2. Our Role as a School Service Provider</w:t>
      </w:r>
    </w:p>
    <w:p w14:paraId="238FE67C" w14:textId="77777777" w:rsidR="006D664B" w:rsidRDefault="00AE1C1F">
      <w:r>
        <w:t>UM Foundation provides REX as a school service provider. When a School authorizes REX for student use, UM Foundation acts as a limited-service provider to the School and processes Student Data only to provide, support, secure, evaluate, and improve REX for school-authorized educational purposes.</w:t>
      </w:r>
    </w:p>
    <w:p w14:paraId="6289EECC" w14:textId="77777777" w:rsidR="006D664B" w:rsidRDefault="00AE1C1F">
      <w:r>
        <w:t>The School remains responsible for determining whether and how REX is used with its students, for providing required notices, and for obtaining any consents or approvals required by applicable law or school policy. UM Foundation does not claim ownership of Student Data provided by, received from, or generated through a school’s use of REX.</w:t>
      </w:r>
    </w:p>
    <w:p w14:paraId="609AFA73" w14:textId="77777777" w:rsidR="006D664B" w:rsidRDefault="00AE1C1F">
      <w:pPr>
        <w:pStyle w:val="Heading1"/>
      </w:pPr>
      <w:r>
        <w:t>3. Student Data Ownership and School Control</w:t>
      </w:r>
    </w:p>
    <w:p w14:paraId="3486EEA9" w14:textId="77777777" w:rsidR="006D664B" w:rsidRDefault="00AE1C1F">
      <w:r>
        <w:t>For purposes of FERPA, COPPA, California student privacy laws, and similar state privacy laws, the School controls Student Data and education records processed through REX. UM Foundation uses Student Data only as directed or authorized by the School and only for educational purposes related to REX.</w:t>
      </w:r>
    </w:p>
    <w:p w14:paraId="377E9DEA" w14:textId="77777777" w:rsidR="006D664B" w:rsidRDefault="00AE1C1F">
      <w:r>
        <w:t>UM Foundation will not use, sell, rent, transfer, disclose, data mine, or otherwise make Student Data available for UM Foundation’s own unrelated commercial purposes or for the benefit of any third party, except as described in this Policy, authorized by the School, permitted by law, or necessary to provide and secure REX.</w:t>
      </w:r>
    </w:p>
    <w:p w14:paraId="0F7CEFA7" w14:textId="77777777" w:rsidR="006D664B" w:rsidRDefault="00AE1C1F">
      <w:pPr>
        <w:pStyle w:val="Heading1"/>
      </w:pPr>
      <w:r>
        <w:t>4. FERPA, COPPA, and California Student Privacy Commitments</w:t>
      </w:r>
    </w:p>
    <w:p w14:paraId="4702A4BF" w14:textId="77777777" w:rsidR="006D664B" w:rsidRDefault="00AE1C1F">
      <w:pPr>
        <w:pStyle w:val="Heading2"/>
      </w:pPr>
      <w:r>
        <w:t>4.1 FERPA</w:t>
      </w:r>
    </w:p>
    <w:p w14:paraId="4B770D60" w14:textId="77777777" w:rsidR="006D664B" w:rsidRDefault="00AE1C1F">
      <w:r>
        <w:t xml:space="preserve">REX is designed to support school use consistent with the Family Educational Rights and Privacy Act (“FERPA”). Where UM Foundation receives personal information from education records, UM Foundation acts as a “School Official” under FERPA under the school’s or district’s direction and control with respect to the use and maintenance of that information. UM Foundation uses such information only for school-authorized </w:t>
      </w:r>
      <w:r>
        <w:lastRenderedPageBreak/>
        <w:t>educational purposes and does not redisclose it except as permitted by law, by the applicable agreement, or at the written direction of the School.</w:t>
      </w:r>
    </w:p>
    <w:p w14:paraId="3148FB7C" w14:textId="77777777" w:rsidR="006D664B" w:rsidRDefault="00AE1C1F">
      <w:pPr>
        <w:pStyle w:val="Heading2"/>
      </w:pPr>
      <w:r>
        <w:t>4.2 COPPA</w:t>
      </w:r>
    </w:p>
    <w:p w14:paraId="57E49531" w14:textId="77777777" w:rsidR="006D664B" w:rsidRDefault="00AE1C1F">
      <w:r>
        <w:t>REX is designed to support school use consistent with the Children’s Online Privacy Protection Act (“COPPA”). For students under age 13, where REX is used by a school for educational purposes, UM Foundation relies on the school’s authorization and consent as permitted by COPPA. UM Foundation uses information collected from children under 13 only for school-authorized educational purposes and not for unrelated commercial purposes. A School may provide this authorization only for the use and benefit of the School and its students. We do not ask children to consent for themselves, and we do not require a child to disclose more information than is reasonably necessary to participate. On request, we will give the School a description of the types of personal information we collect from children, an opportunity to review that information, and the ability to have it deleted. Our data retention policy for children’s information is in Section 16, and our written information security program is described in Section 17.</w:t>
      </w:r>
    </w:p>
    <w:p w14:paraId="773C6E23" w14:textId="77777777" w:rsidR="006D664B" w:rsidRDefault="00AE1C1F">
      <w:pPr>
        <w:pStyle w:val="Heading2"/>
      </w:pPr>
      <w:r>
        <w:t>4.3 California Student Privacy Laws</w:t>
      </w:r>
    </w:p>
    <w:p w14:paraId="645A1FC9" w14:textId="77777777" w:rsidR="006D664B" w:rsidRDefault="00AE1C1F">
      <w:r>
        <w:t>REX is designed to support school use consistent with California student privacy requirements, including the California Student Online Personal Information Protection Act and California Education Code section 49073.1, where applicable. UM Foundation will not sell Student Data, use Student Data for targeted advertising, use Student Data to create non-educational profiles, or retain Student Data after completion of the applicable service period except as permitted by law, the school agreement, or a school’s written instruction.</w:t>
      </w:r>
    </w:p>
    <w:p w14:paraId="70825196" w14:textId="77777777" w:rsidR="006D664B" w:rsidRDefault="00AE1C1F">
      <w:pPr>
        <w:pStyle w:val="Heading1"/>
      </w:pPr>
      <w:r>
        <w:t>5. Consent and School Authorization</w:t>
      </w:r>
    </w:p>
    <w:p w14:paraId="5280D317" w14:textId="77777777" w:rsidR="006D664B" w:rsidRDefault="00AE1C1F">
      <w:r>
        <w:t>When a School is the subscriber, pilot partner, or authorized user of REX, the School authorizes REX’s use by its students for educational purposes and accepts this Policy for that use. The School is responsible for obtaining any consents, notices, approvals, or authorizations required to permit UM Foundation to process Student Data for REX.</w:t>
      </w:r>
    </w:p>
    <w:p w14:paraId="332EECE7" w14:textId="77777777" w:rsidR="006D664B" w:rsidRDefault="00AE1C1F">
      <w:r>
        <w:t>Parents and eligible students should direct questions about student education records, access rights, correction rights, or school consent to the applicable School. UM Foundation will reasonably cooperate with the School in responding to such requests.</w:t>
      </w:r>
    </w:p>
    <w:p w14:paraId="2A4321B3" w14:textId="77777777" w:rsidR="006D664B" w:rsidRDefault="00AE1C1F">
      <w:pPr>
        <w:pStyle w:val="Heading1"/>
      </w:pPr>
      <w:r>
        <w:t>6. Information We May Collect</w:t>
      </w:r>
    </w:p>
    <w:p w14:paraId="6C70AA50" w14:textId="77777777" w:rsidR="006D664B" w:rsidRDefault="00AE1C1F">
      <w:r>
        <w:t>UM Foundation limits its collection of personal information and Student Data to what is reasonably necessary to provide, support, secure, evaluate, and improve REX for educational purposes. Depending on the implementation and the data provided by the School, REX may collect or process the following categories of information:</w:t>
      </w:r>
    </w:p>
    <w:p w14:paraId="3942BA8C" w14:textId="77777777" w:rsidR="006D664B" w:rsidRDefault="00AE1C1F">
      <w:pPr>
        <w:pStyle w:val="ListBullet"/>
        <w:spacing w:after="60"/>
      </w:pPr>
      <w:r>
        <w:t>School and district information, such as school name, district name, classroom, grade level, course, teacher, administrator, implementation contact, and school configuration details.</w:t>
      </w:r>
    </w:p>
    <w:p w14:paraId="4FFB4D86" w14:textId="77777777" w:rsidR="006D664B" w:rsidRDefault="00AE1C1F">
      <w:pPr>
        <w:pStyle w:val="ListBullet"/>
        <w:spacing w:after="60"/>
      </w:pPr>
      <w:r>
        <w:t>Teacher and administrator information, such as name, school email address, role, login credentials or account identifiers, classroom assignments, settings, support requests, and product feedback.</w:t>
      </w:r>
    </w:p>
    <w:p w14:paraId="76D9DE26" w14:textId="77777777" w:rsidR="006D664B" w:rsidRDefault="00AE1C1F">
      <w:pPr>
        <w:pStyle w:val="ListBullet"/>
        <w:spacing w:after="60"/>
      </w:pPr>
      <w:r>
        <w:t>Student account information, such as student name, student identifier, username, classroom, teacher, grade level, course placement, and other information provided by the School for rostering or account setup.</w:t>
      </w:r>
    </w:p>
    <w:p w14:paraId="1F2C5B28" w14:textId="77777777" w:rsidR="006D664B" w:rsidRDefault="00AE1C1F">
      <w:pPr>
        <w:pStyle w:val="ListBullet"/>
        <w:spacing w:after="60"/>
      </w:pPr>
      <w:r>
        <w:t>Instructional and schoolwork information, such as student responses, math work, practice attempts, assignments, prompts, uploaded or entered work, AI-generated instructional feedback, mastery progress, assessment or practice results, streaks, completion records, and teacher notes or comments. Students are not asked to upload photographs, video, or audio; if a future REX feature requires them, we will update this Policy and notify Schools before enabling it.</w:t>
      </w:r>
    </w:p>
    <w:p w14:paraId="03B1D10C" w14:textId="77777777" w:rsidR="006D664B" w:rsidRDefault="00AE1C1F">
      <w:pPr>
        <w:pStyle w:val="ListBullet"/>
        <w:spacing w:after="60"/>
      </w:pPr>
      <w:r>
        <w:t>Usage and technical information, such as login events, session activity, feature use, device type, browser type, operating system, IP address, timestamps, error logs, and diagnostic information used to maintain security and functionality.</w:t>
      </w:r>
    </w:p>
    <w:p w14:paraId="57AD5FB9" w14:textId="77777777" w:rsidR="006D664B" w:rsidRDefault="00AE1C1F">
      <w:pPr>
        <w:pStyle w:val="ListBullet"/>
        <w:spacing w:after="60"/>
      </w:pPr>
      <w:r>
        <w:t>Support and communications information, such as emails, tickets, feedback forms, implementation notes, and communications with teachers, administrators, or school technology staff.</w:t>
      </w:r>
    </w:p>
    <w:p w14:paraId="313E160C" w14:textId="77777777" w:rsidR="006D664B" w:rsidRDefault="00AE1C1F">
      <w:r>
        <w:lastRenderedPageBreak/>
        <w:t>UM Foundation does not seek to collect sensitive demographic information, parent/guardian information, audio, video, biometric data, geolocation, health information, or special education/disability information unless the School determines that such information is necessary for a specific authorized implementation and provides it to REX under appropriate contractual and legal safeguards.</w:t>
      </w:r>
    </w:p>
    <w:p w14:paraId="35E09C08" w14:textId="77777777" w:rsidR="006D664B" w:rsidRDefault="00AE1C1F">
      <w:pPr>
        <w:pStyle w:val="Heading1"/>
      </w:pPr>
      <w:r>
        <w:t>7. How We Collect Information</w:t>
      </w:r>
    </w:p>
    <w:p w14:paraId="04CEB84D" w14:textId="77777777" w:rsidR="006D664B" w:rsidRDefault="00AE1C1F">
      <w:r>
        <w:t>UM Foundation may collect information directly from Schools, from authorized teachers or administrators, from students during their use of REX, from integrations or rostering files authorized by the School, from REX platform activity, and from service providers that support REX. REX may also collect limited technical information automatically through cookies, logs, or similar technologies to authenticate users, maintain sessions, diagnose issues, secure the platform, and understand how REX is used for educational and operational purposes.</w:t>
      </w:r>
    </w:p>
    <w:p w14:paraId="098109D7" w14:textId="77777777" w:rsidR="006D664B" w:rsidRDefault="00AE1C1F">
      <w:pPr>
        <w:pStyle w:val="Heading1"/>
      </w:pPr>
      <w:r>
        <w:t>8. Cookies and Similar Technologies</w:t>
      </w:r>
    </w:p>
    <w:p w14:paraId="3663227F" w14:textId="77777777" w:rsidR="006D664B" w:rsidRDefault="00AE1C1F">
      <w:r>
        <w:t>REX may use cookies, local storage, log files, persistent identifiers, and similar technologies for authentication, security, session management, product functionality, diagnostics, analytics, and platform improvement. Where these technologies involve service providers, those providers process information only on our behalf and under the restrictions in Section 14. We do not use third-party advertising cookies or advertising tracking technologies on REX.  These technologies are not used to serve targeted advertising to students. If a browser disables cookies, some REX features may not function properly.</w:t>
      </w:r>
    </w:p>
    <w:p w14:paraId="142F2E1E" w14:textId="77777777" w:rsidR="006D664B" w:rsidRDefault="00AE1C1F">
      <w:r>
        <w:t>REX does not respond to browser “Do Not Track” signals because there is not yet a uniform industry standard for such signals. REX does not use Student Data for targeted advertising regardless of the browser setting.</w:t>
      </w:r>
    </w:p>
    <w:p w14:paraId="7108EF6A" w14:textId="77777777" w:rsidR="006D664B" w:rsidRDefault="00AE1C1F">
      <w:pPr>
        <w:pStyle w:val="Heading1"/>
      </w:pPr>
      <w:r>
        <w:t>9. How We Use Information</w:t>
      </w:r>
    </w:p>
    <w:p w14:paraId="7ED5B063" w14:textId="77777777" w:rsidR="006D664B" w:rsidRDefault="00AE1C1F">
      <w:r>
        <w:t>UM Foundation uses personal information and Student Data only for school-authorized educational, operational, security, support, and compliance purposes, including to:</w:t>
      </w:r>
    </w:p>
    <w:p w14:paraId="66DCC1F8" w14:textId="77777777" w:rsidR="006D664B" w:rsidRDefault="00AE1C1F">
      <w:pPr>
        <w:pStyle w:val="ListNumber"/>
        <w:spacing w:after="60"/>
      </w:pPr>
      <w:r>
        <w:t>Provide REX to schools, districts, teachers, administrators, and students;</w:t>
      </w:r>
    </w:p>
    <w:p w14:paraId="3E0A389C" w14:textId="77777777" w:rsidR="006D664B" w:rsidRDefault="00AE1C1F">
      <w:pPr>
        <w:pStyle w:val="ListNumber"/>
        <w:spacing w:after="60"/>
      </w:pPr>
      <w:r>
        <w:t>Create and manage user accounts, classrooms, rosters, and access permissions;</w:t>
      </w:r>
    </w:p>
    <w:p w14:paraId="292A99A1" w14:textId="77777777" w:rsidR="006D664B" w:rsidRDefault="00AE1C1F">
      <w:pPr>
        <w:pStyle w:val="ListNumber"/>
        <w:spacing w:after="60"/>
      </w:pPr>
      <w:r>
        <w:t>Deliver AI-led instructional support, adaptive practice, feedback, and mastery-learning experiences;</w:t>
      </w:r>
    </w:p>
    <w:p w14:paraId="625490F9" w14:textId="77777777" w:rsidR="006D664B" w:rsidRDefault="00AE1C1F">
      <w:pPr>
        <w:pStyle w:val="ListNumber"/>
        <w:spacing w:after="60"/>
      </w:pPr>
      <w:r>
        <w:t>Allow teachers and administrators to monitor student progress, review student work, identify mastery gaps, and support instruction;</w:t>
      </w:r>
    </w:p>
    <w:p w14:paraId="614A9857" w14:textId="77777777" w:rsidR="006D664B" w:rsidRDefault="00AE1C1F">
      <w:pPr>
        <w:pStyle w:val="ListNumber"/>
        <w:spacing w:after="60"/>
      </w:pPr>
      <w:r>
        <w:t>Generate classroom, student, school, or district reports as authorized by the School;</w:t>
      </w:r>
    </w:p>
    <w:p w14:paraId="05C3336D" w14:textId="77777777" w:rsidR="006D664B" w:rsidRDefault="00AE1C1F">
      <w:pPr>
        <w:pStyle w:val="ListNumber"/>
        <w:spacing w:after="60"/>
      </w:pPr>
      <w:r>
        <w:t>Troubleshoot issues, provide customer support, and maintain platform reliability;</w:t>
      </w:r>
    </w:p>
    <w:p w14:paraId="2C988CB4" w14:textId="77777777" w:rsidR="006D664B" w:rsidRDefault="00AE1C1F">
      <w:pPr>
        <w:pStyle w:val="ListNumber"/>
        <w:spacing w:after="60"/>
      </w:pPr>
      <w:r>
        <w:t>Improve REX’s educational functionality, usability, accessibility, safety, security, and performance;</w:t>
      </w:r>
    </w:p>
    <w:p w14:paraId="735AA064" w14:textId="77777777" w:rsidR="006D664B" w:rsidRDefault="00AE1C1F">
      <w:pPr>
        <w:pStyle w:val="ListNumber"/>
        <w:spacing w:after="60"/>
      </w:pPr>
      <w:r>
        <w:t>Evaluate pilot effectiveness, learning outcomes, implementation quality, and product fit;</w:t>
      </w:r>
    </w:p>
    <w:p w14:paraId="76C815B5" w14:textId="77777777" w:rsidR="006D664B" w:rsidRDefault="00AE1C1F">
      <w:pPr>
        <w:pStyle w:val="ListNumber"/>
        <w:spacing w:after="60"/>
      </w:pPr>
      <w:r>
        <w:t>Protect the security and integrity of REX and prevent fraud, misuse, unauthorized access, or illegal activity; and</w:t>
      </w:r>
    </w:p>
    <w:p w14:paraId="74F5CAD8" w14:textId="77777777" w:rsidR="006D664B" w:rsidRDefault="00AE1C1F">
      <w:pPr>
        <w:pStyle w:val="ListNumber"/>
        <w:spacing w:after="60"/>
      </w:pPr>
      <w:r>
        <w:t>Comply with legal obligations, legal process, law enforcement requests, school agreements, audits, security requirements, establish, exercise, or defend legal claims, and enforcement of applicable terms.</w:t>
      </w:r>
    </w:p>
    <w:p w14:paraId="1473B7AF" w14:textId="77777777" w:rsidR="006D664B" w:rsidRDefault="00AE1C1F">
      <w:pPr>
        <w:pStyle w:val="Heading1"/>
      </w:pPr>
      <w:r>
        <w:t>10. Prohibited Uses of Student Data</w:t>
      </w:r>
    </w:p>
    <w:p w14:paraId="365A67C0" w14:textId="77777777" w:rsidR="006D664B" w:rsidRDefault="00AE1C1F">
      <w:r>
        <w:t>UM Foundation will not:</w:t>
      </w:r>
    </w:p>
    <w:p w14:paraId="454B0CE9" w14:textId="77777777" w:rsidR="006D664B" w:rsidRDefault="00AE1C1F">
      <w:pPr>
        <w:pStyle w:val="ListBullet"/>
        <w:spacing w:after="60"/>
      </w:pPr>
      <w:r>
        <w:t>Sell Student Data;</w:t>
      </w:r>
    </w:p>
    <w:p w14:paraId="6B3B3084" w14:textId="77777777" w:rsidR="006D664B" w:rsidRDefault="00AE1C1F">
      <w:pPr>
        <w:pStyle w:val="ListBullet"/>
        <w:spacing w:after="60"/>
      </w:pPr>
      <w:r>
        <w:t>Rent Student Data;</w:t>
      </w:r>
    </w:p>
    <w:p w14:paraId="58C12B0B" w14:textId="77777777" w:rsidR="006D664B" w:rsidRDefault="00AE1C1F">
      <w:pPr>
        <w:pStyle w:val="ListBullet"/>
        <w:spacing w:after="60"/>
      </w:pPr>
      <w:r>
        <w:t>Use Student Data for targeted advertising;</w:t>
      </w:r>
    </w:p>
    <w:p w14:paraId="059D1ED7" w14:textId="77777777" w:rsidR="006D664B" w:rsidRDefault="00AE1C1F">
      <w:pPr>
        <w:pStyle w:val="ListBullet"/>
        <w:spacing w:after="60"/>
      </w:pPr>
      <w:r>
        <w:t>Use Student Data to create non-educational profiles;</w:t>
      </w:r>
    </w:p>
    <w:p w14:paraId="77B4C969" w14:textId="77777777" w:rsidR="006D664B" w:rsidRDefault="00AE1C1F">
      <w:pPr>
        <w:pStyle w:val="ListBullet"/>
        <w:spacing w:after="60"/>
      </w:pPr>
      <w:r>
        <w:t>Use Student Data for unrelated commercial purposes;</w:t>
      </w:r>
    </w:p>
    <w:p w14:paraId="6D9FC0E5" w14:textId="77777777" w:rsidR="006D664B" w:rsidRDefault="00AE1C1F">
      <w:pPr>
        <w:pStyle w:val="ListBullet"/>
        <w:spacing w:after="60"/>
      </w:pPr>
      <w:r>
        <w:t>Disclose Student Data to third parties except as described in this Policy, authorized by the School, required by law, or necessary to provide and secure REX;</w:t>
      </w:r>
    </w:p>
    <w:p w14:paraId="24B805DB" w14:textId="77777777" w:rsidR="006D664B" w:rsidRDefault="00AE1C1F">
      <w:pPr>
        <w:pStyle w:val="ListBullet"/>
        <w:spacing w:after="60"/>
      </w:pPr>
      <w:r>
        <w:t>Knowingly collect more Student Data than is reasonably necessary to provide REX; or</w:t>
      </w:r>
    </w:p>
    <w:p w14:paraId="42C5755B" w14:textId="77777777" w:rsidR="006D664B" w:rsidRDefault="00AE1C1F">
      <w:pPr>
        <w:pStyle w:val="ListBullet"/>
        <w:spacing w:after="60"/>
      </w:pPr>
      <w:r>
        <w:lastRenderedPageBreak/>
        <w:t>Use Student Data, whether identifiable or de-identified, to train outside, generalized, or general-purpose AI models, or share it with any third party for that purpose.</w:t>
      </w:r>
    </w:p>
    <w:p w14:paraId="2C33F2E2" w14:textId="77777777" w:rsidR="006D664B" w:rsidRDefault="00AE1C1F">
      <w:pPr>
        <w:pStyle w:val="Heading1"/>
      </w:pPr>
      <w:r>
        <w:t>11. AI Services and Student Data</w:t>
      </w:r>
    </w:p>
    <w:p w14:paraId="5FF9A53C" w14:textId="77777777" w:rsidR="006D664B" w:rsidRDefault="00AE1C1F">
      <w:r>
        <w:t>REX uses artificial intelligence to provide instructional feedback, adaptive practice, individualized learning support, and teacher-facing insights. AI outputs are intended to support instruction and teacher visibility; they should not be treated as the sole basis for high-stakes academic, disciplinary, placement, or eligibility decisions without appropriate educator review.</w:t>
      </w:r>
    </w:p>
    <w:p w14:paraId="0744E689" w14:textId="77777777" w:rsidR="006D664B" w:rsidRDefault="00AE1C1F">
      <w:r>
        <w:t>UM Foundation does not use Student Data, whether identifiable or de-identified, to train outside or general-purpose AI models. Where REX uses third-party AI tools or model providers, those providers act as service providers or subprocessors to perform functions necessary for REX to operate as intended and are contractually prohibited from using Student Data to train their own models or for any purpose other than providing services to REX.</w:t>
      </w:r>
    </w:p>
    <w:p w14:paraId="794CD348" w14:textId="77777777" w:rsidR="006D664B" w:rsidRDefault="00AE1C1F">
      <w:r>
        <w:t>UM Foundation may use de-identified or aggregated information to evaluate, improve, and research REX, including to train and improve REX’s own instructional models, AI safety, instructional quality, model performance, bias/error analysis, and educational efficacy, provided such information is not reasonably linkable to an identifiable student, teacher, school, or district. This de-identified learning-interaction data may include how students phrase questions, how they respond to problems and hints, error patterns, and the time and number of attempts needed to reach a correct answer. Before use, we remove names, identifiers, and school information, and we use synthetic or paraphrased examples in place of verbatim student text wherever feasible. This use of de-identified data does not require separate School authorization, and it never leaves REX to train outside or general-purpose AI models.</w:t>
      </w:r>
    </w:p>
    <w:p w14:paraId="1352763B" w14:textId="77777777" w:rsidR="006D664B" w:rsidRDefault="00AE1C1F">
      <w:pPr>
        <w:pStyle w:val="Heading1"/>
      </w:pPr>
      <w:r>
        <w:t>12. De-Identified and Aggregated Information</w:t>
      </w:r>
    </w:p>
    <w:p w14:paraId="5D8E7FB0" w14:textId="77777777" w:rsidR="006D664B" w:rsidRDefault="00AE1C1F">
      <w:r>
        <w:t>UM Foundation may create, retain, use, and disclose de-identified or aggregated information for educational research, efficacy evaluation, product improvement, analytics, security, reporting, grant reporting, and public-interest educational purposes.  We do not publicly disclose student messages or conversation excerpts, even in de-identified form, and we do not publish results for groups small enough that an individual student could be identified.</w:t>
      </w:r>
    </w:p>
    <w:p w14:paraId="3EC55D00" w14:textId="77777777" w:rsidR="006D664B" w:rsidRDefault="00AE1C1F">
      <w:r>
        <w:t>UM Foundation will not attempt to re-identify de-identified information or permit others to do so.</w:t>
      </w:r>
    </w:p>
    <w:p w14:paraId="348DAF94" w14:textId="77777777" w:rsidR="006D664B" w:rsidRDefault="00AE1C1F">
      <w:pPr>
        <w:pStyle w:val="Heading1"/>
      </w:pPr>
      <w:r>
        <w:t>13. How We Share Information</w:t>
      </w:r>
    </w:p>
    <w:p w14:paraId="3A958DCB" w14:textId="77777777" w:rsidR="006D664B" w:rsidRDefault="00AE1C1F">
      <w:r>
        <w:t>UM Foundation uses personal information and Student Data for internal REX purposes only, subject to the following limited disclosures:</w:t>
      </w:r>
    </w:p>
    <w:p w14:paraId="166D7419" w14:textId="77777777" w:rsidR="006D664B" w:rsidRDefault="00AE1C1F">
      <w:pPr>
        <w:pStyle w:val="ListBullet"/>
        <w:spacing w:after="60"/>
      </w:pPr>
      <w:r>
        <w:t>To the School, including authorized teachers, administrators, technology staff, and other school officials;</w:t>
      </w:r>
    </w:p>
    <w:p w14:paraId="000BA446" w14:textId="77777777" w:rsidR="00844808" w:rsidRDefault="00844808">
      <w:pPr>
        <w:pStyle w:val="ListBullet"/>
        <w:spacing w:after="60"/>
      </w:pPr>
      <w:r>
        <w:t>To other Users if REX is being used for collaboration between students and teachers;</w:t>
      </w:r>
    </w:p>
    <w:p w14:paraId="59A9C5F4" w14:textId="77777777" w:rsidR="006D664B" w:rsidRDefault="00AE1C1F">
      <w:pPr>
        <w:pStyle w:val="ListBullet"/>
        <w:spacing w:after="60"/>
      </w:pPr>
      <w:r>
        <w:t>To parents or eligible students through the School, or as directed by the School;</w:t>
      </w:r>
    </w:p>
    <w:p w14:paraId="611C0824" w14:textId="77777777" w:rsidR="006D664B" w:rsidRDefault="00AE1C1F">
      <w:pPr>
        <w:pStyle w:val="ListBullet"/>
        <w:spacing w:after="60"/>
      </w:pPr>
      <w:r>
        <w:t>To service providers and subprocessors that host, operate, secure, support, or improve REX, subject to written restrictions designed to protect Student Data;</w:t>
      </w:r>
    </w:p>
    <w:p w14:paraId="0B714724" w14:textId="77777777" w:rsidR="006D664B" w:rsidRDefault="00AE1C1F">
      <w:pPr>
        <w:pStyle w:val="ListBullet"/>
        <w:spacing w:after="60"/>
      </w:pPr>
      <w:r>
        <w:t>To comply with applicable law, court order, subpoena, legal process, or governmental request;</w:t>
      </w:r>
    </w:p>
    <w:p w14:paraId="13C2DF70" w14:textId="77777777" w:rsidR="006D664B" w:rsidRDefault="00AE1C1F">
      <w:pPr>
        <w:pStyle w:val="ListBullet"/>
        <w:spacing w:after="60"/>
      </w:pPr>
      <w:r>
        <w:t>To protect the safety, security, rights, or property of students, schools, UM Foundation, users, or others;</w:t>
      </w:r>
    </w:p>
    <w:p w14:paraId="3602775F" w14:textId="77777777" w:rsidR="006D664B" w:rsidRDefault="00AE1C1F">
      <w:pPr>
        <w:pStyle w:val="ListBullet"/>
        <w:spacing w:after="60"/>
      </w:pPr>
      <w:r>
        <w:t>To investigate, prevent, or address fraud, security incidents, misuse, violations of applicable terms, or illegal activity;</w:t>
      </w:r>
    </w:p>
    <w:p w14:paraId="17AA4D62" w14:textId="77777777" w:rsidR="006D664B" w:rsidRDefault="00AE1C1F">
      <w:pPr>
        <w:pStyle w:val="ListBullet"/>
        <w:spacing w:after="60"/>
      </w:pPr>
      <w:r>
        <w:t>As part of an organizational change, merger, restructuring, transfer, or similar transaction, provided the information remains subject to protections at least as protective as this Policy unless otherwise authorized by the School; and</w:t>
      </w:r>
    </w:p>
    <w:p w14:paraId="7B676238" w14:textId="77777777" w:rsidR="006D664B" w:rsidRDefault="00AE1C1F">
      <w:pPr>
        <w:pStyle w:val="ListBullet"/>
        <w:spacing w:after="60"/>
      </w:pPr>
      <w:r>
        <w:t>With written authorization from the School or the parent or legal guardian of a student.</w:t>
      </w:r>
    </w:p>
    <w:p w14:paraId="482FF255" w14:textId="77777777" w:rsidR="006D664B" w:rsidRDefault="00AE1C1F">
      <w:pPr>
        <w:pStyle w:val="Heading1"/>
      </w:pPr>
      <w:r>
        <w:t>14. Service Providers and Subprocessors</w:t>
      </w:r>
    </w:p>
    <w:p w14:paraId="7270879C" w14:textId="77777777" w:rsidR="006D664B" w:rsidRDefault="00AE1C1F">
      <w:r>
        <w:t xml:space="preserve">UM Foundation may use trusted service providers and subprocessors to provide cloud hosting, database services, authentication, analytics, communications, customer support, security, AI model processing, and other </w:t>
      </w:r>
      <w:r>
        <w:lastRenderedPageBreak/>
        <w:t>infrastructure or operational support for REX. These providers may process Student Data only as necessary to provide services to UM Foundation and REX, and before receiving Student Data they must agree in writing to obligations that restrict their use of Student Data and protect its confidentiality, security, and integrity.</w:t>
      </w:r>
    </w:p>
    <w:p w14:paraId="620F589E" w14:textId="77777777" w:rsidR="006D664B" w:rsidRDefault="00AE1C1F">
      <w:r>
        <w:t>A current list of the service providers and subprocessors that receive Student Data is available at [URL] and from UM Foundation on request. UM Foundation will not knowingly permit a service provider to use Student Data for targeted advertising, unrelated commercial profiling, or sale of Student Data.</w:t>
      </w:r>
    </w:p>
    <w:p w14:paraId="01C7834A" w14:textId="77777777" w:rsidR="006D664B" w:rsidRDefault="00AE1C1F">
      <w:pPr>
        <w:pStyle w:val="Heading1"/>
      </w:pPr>
      <w:r>
        <w:t>15. Access, Correction, Export, and Parent Requests</w:t>
      </w:r>
    </w:p>
    <w:p w14:paraId="5E0451D9" w14:textId="77777777" w:rsidR="006D664B" w:rsidRDefault="00AE1C1F">
      <w:r>
        <w:t>Schools and districts control access to Student Data and education records. Teachers and administrators may access and update information through REX only as permitted by their role, account permissions, and School configuration.</w:t>
      </w:r>
    </w:p>
    <w:p w14:paraId="66C4D2DD" w14:textId="77777777" w:rsidR="006D664B" w:rsidRDefault="00AE1C1F">
      <w:r>
        <w:t>Parents, guardians, and eligible students should contact their School to request access to, correction of, deletion of, or a copy of education records or Student Data. UM Foundation will reasonably cooperate with the School in responding to such requests, including by providing available exports, corrections, deletions, or other support as directed by the School and required by applicable law.</w:t>
      </w:r>
    </w:p>
    <w:p w14:paraId="27DA61BF" w14:textId="77777777" w:rsidR="006D664B" w:rsidRDefault="00AE1C1F">
      <w:pPr>
        <w:pStyle w:val="Heading1"/>
      </w:pPr>
      <w:r>
        <w:t>16. Retention, Return, Deletion, and Certification</w:t>
      </w:r>
    </w:p>
    <w:p w14:paraId="7FE4A0B8" w14:textId="77777777" w:rsidR="006D664B" w:rsidRDefault="00AE1C1F">
      <w:r>
        <w:t>UM Foundation retains identifiable Student Data only for as long as reasonably necessary to provide REX, support the School, maintain security, comply with legal or contractual obligations, resolve disputes, conduct authorized evaluations, or as otherwise directed by the School.</w:t>
      </w:r>
    </w:p>
    <w:p w14:paraId="00F6A5DD" w14:textId="77777777" w:rsidR="00867377" w:rsidRDefault="00000000">
      <w:r>
        <w:t>Data retention policy. We retain children’s and students’ personal information only as long as reasonably necessary for the purposes for which it was collected, and never indefinitely. Specifically: (a) student account, instructional, and progress data are deleted or de-identified within sixty (60) days after the School’s agreement ends or the School requests deletion; (b) safety-review and moderation records are deleted within [__] days after they are created, unless the School directs otherwise or law requires longer retention; (c) security and technical logs are deleted within [__] days; and (d) backup copies are overwritten or deleted within [__] days. De-identified information is not subject to these timelines.</w:t>
      </w:r>
    </w:p>
    <w:p w14:paraId="1145BBDF" w14:textId="77777777" w:rsidR="006D664B" w:rsidRDefault="00AE1C1F">
      <w:r>
        <w:t>Upon written request from the School, UM Foundation will return, export, delete, or de-identify identifiable Student Data in its possession or control, subject to limited legal, security, audit, backup, archival, or contractual obligations. Where required by applicable law or agreement, UM Foundation will provide written confirmation or certification of deletion.</w:t>
      </w:r>
    </w:p>
    <w:p w14:paraId="3B451069" w14:textId="77777777" w:rsidR="006D664B" w:rsidRDefault="00AE1C1F">
      <w:r>
        <w:t>Backup copies may persist for a limited period in secure backup systems before being overwritten or deleted in the ordinary course of operations. During that period, backup data remains subject to this Policy and is not used for active processing except for disaster recovery, security, or compliance purposes.</w:t>
      </w:r>
    </w:p>
    <w:p w14:paraId="63936C8A" w14:textId="77777777" w:rsidR="006D664B" w:rsidRDefault="00AE1C1F">
      <w:pPr>
        <w:pStyle w:val="Heading1"/>
      </w:pPr>
      <w:r>
        <w:t>17. Security Safeguards</w:t>
      </w:r>
    </w:p>
    <w:p w14:paraId="29B7CAF1" w14:textId="77777777" w:rsidR="006D664B" w:rsidRDefault="00AE1C1F">
      <w:r>
        <w:t>UM Foundation maintains reasonable administrative, technical, and physical safeguards designed to protect personal information and Student Data from unauthorized access, disclosure, alteration, loss, destruction, misuse, or modification. UM Foundation maintains a written information security program for children’s and students’ personal information, with designated personnel responsible for it, risk assessments at least annually, and regular testing of safeguards. These safeguards include access controls, role-based permissions, limited employee access, secure transmission, secure storage, logging, monitoring, vendor controls, personnel training, and incident response procedures.</w:t>
      </w:r>
    </w:p>
    <w:p w14:paraId="0AF14D1B" w14:textId="77777777" w:rsidR="006D664B" w:rsidRDefault="00AE1C1F">
      <w:r>
        <w:t>No system can guarantee absolute security, but UM Foundation is committed to protecting Student Data and strives to use reasonable efforts to continually improve its privacy and security practices.</w:t>
      </w:r>
    </w:p>
    <w:p w14:paraId="6627B835" w14:textId="77777777" w:rsidR="006D664B" w:rsidRDefault="00AE1C1F">
      <w:pPr>
        <w:pStyle w:val="Heading1"/>
      </w:pPr>
      <w:r>
        <w:t>18. Security Incident Response</w:t>
      </w:r>
    </w:p>
    <w:p w14:paraId="1CD2BA53" w14:textId="77777777" w:rsidR="006D664B" w:rsidRDefault="00AE1C1F">
      <w:r>
        <w:t xml:space="preserve">If UM Foundation becomes aware of a security incident involving unauthorized access or use of Student Data, UM Foundation will take reasonable steps to investigate, contain, mitigate, and remediate the incident. UM Foundation will notify and cooperate with the affected School as required by applicable law and the applicable </w:t>
      </w:r>
      <w:r>
        <w:lastRenderedPageBreak/>
        <w:t>agreement, including supporting the School’s efforts to provide notices to affected parents, guardians, eligible students, regulators, or other parties as required.</w:t>
      </w:r>
    </w:p>
    <w:p w14:paraId="5B42B94C" w14:textId="77777777" w:rsidR="00867377" w:rsidRDefault="00000000">
      <w:r>
        <w:t>Student safety. REX identifies itself to students as an AI and not a person. REX is designed to keep conversations focused on learning, to block sexually explicit content, to recognize messages that may indicate a student is at risk of harm, is being harmed, or is otherwise unsafe, and to provide crisis resources where appropriate. REX is an instructional tool. It is not a companion chatbot, therapist, counselor, coach, or mentor, and it is not designed to form personal relationships with students. Students can always tell REX when something worries them, and they will never be penalized for doing so. When a student shares a worry or concern, REX does not try to counsel the student; it encourages the student to talk with a trusted adult and alerts the School’s designated contact, so the teachers and staff in the room can respond. REX is not a crisis or emergency service; in an emergency, call 911, and anyone in crisis can call or text 988.</w:t>
      </w:r>
    </w:p>
    <w:p w14:paraId="29CB8CD3" w14:textId="77777777" w:rsidR="006D664B" w:rsidRDefault="00AE1C1F">
      <w:pPr>
        <w:pStyle w:val="Heading1"/>
      </w:pPr>
      <w:r>
        <w:t>19. Teacher and Administrator Data</w:t>
      </w:r>
    </w:p>
    <w:p w14:paraId="00E649EE" w14:textId="77777777" w:rsidR="006D664B" w:rsidRDefault="00AE1C1F">
      <w:r>
        <w:t>UM Foundation may collect and process personal information about teachers, administrators, and school staff to create accounts, provide access, support implementation, respond to inquiries, communicate about REX, provide training and customer support, improve REX, and maintain security. Teacher and administrator data will not be sold or used for targeted advertising.</w:t>
      </w:r>
    </w:p>
    <w:p w14:paraId="1DAEE9AF" w14:textId="77777777" w:rsidR="006D664B" w:rsidRDefault="00AE1C1F">
      <w:r>
        <w:t>REX is not intended to function as a teacher evaluation system. UM Foundation will not use teacher interaction data or classroom implementation data for employment, disciplinary, or performance-review purposes unless expressly authorized by the School under a separate written agreement and permitted by applicable law.</w:t>
      </w:r>
    </w:p>
    <w:p w14:paraId="5A479738" w14:textId="77777777" w:rsidR="006D664B" w:rsidRDefault="00AE1C1F">
      <w:pPr>
        <w:pStyle w:val="Heading1"/>
      </w:pPr>
      <w:r>
        <w:t>20. Research, Evaluation, and Reporting</w:t>
      </w:r>
    </w:p>
    <w:p w14:paraId="078130FA" w14:textId="77777777" w:rsidR="006D664B" w:rsidRDefault="00AE1C1F">
      <w:r>
        <w:t>UM Foundation may work with schools, districts, researchers, evaluators, philanthropic partners, or academic institutions to evaluate REX’s educational impact, implementation quality, usability, safety, and efficacy. Identifiable Student Data will be used for research or evaluation only as authorized by the School, permitted by law, and subject to appropriate privacy, security, de-identification, data minimization, and institutional review requirements where applicable.</w:t>
      </w:r>
    </w:p>
    <w:p w14:paraId="024098BA" w14:textId="77777777" w:rsidR="006D664B" w:rsidRDefault="00AE1C1F">
      <w:r>
        <w:t>UM Foundation may publish or share reports using aggregated or de-identified information, provided the reports do not reasonably identify a student, teacher, parent, school, or district unless the School has provided written authorization.</w:t>
      </w:r>
    </w:p>
    <w:p w14:paraId="032FCA00" w14:textId="77777777" w:rsidR="006D664B" w:rsidRDefault="00AE1C1F">
      <w:pPr>
        <w:pStyle w:val="Heading1"/>
      </w:pPr>
      <w:r>
        <w:t>21. Third-Party Links and External Services</w:t>
      </w:r>
    </w:p>
    <w:p w14:paraId="5B651ED8" w14:textId="77777777" w:rsidR="006D664B" w:rsidRDefault="00AE1C1F">
      <w:r>
        <w:t>REX may include links to external websites, resources, or services for educational or operational purposes. This Policy does not govern third-party websites or services that are not operated by UM Foundation, except for service providers or subprocessors processing Student Data on behalf of REX. Users should review the privacy practices of any external site or service.</w:t>
      </w:r>
    </w:p>
    <w:p w14:paraId="515D21D3" w14:textId="77777777" w:rsidR="006D664B" w:rsidRDefault="00AE1C1F">
      <w:pPr>
        <w:pStyle w:val="Heading1"/>
      </w:pPr>
      <w:r>
        <w:t>22. International Users</w:t>
      </w:r>
    </w:p>
    <w:p w14:paraId="7CE77A49" w14:textId="77777777" w:rsidR="006D664B" w:rsidRDefault="00AE1C1F">
      <w:r>
        <w:t>REX is intended for use by schools and users located in the United States unless otherwise agreed in writing. Personal information and Student Data are stored and processed in the United States. If REX is used outside the United States, additional privacy terms may be required.</w:t>
      </w:r>
    </w:p>
    <w:p w14:paraId="574B2C2B" w14:textId="77777777" w:rsidR="006D664B" w:rsidRDefault="00AE1C1F">
      <w:pPr>
        <w:pStyle w:val="Heading1"/>
      </w:pPr>
      <w:r>
        <w:t>23. Changes to this Policy</w:t>
      </w:r>
    </w:p>
    <w:p w14:paraId="79EA4BCE" w14:textId="5DBBA605" w:rsidR="006D664B" w:rsidRDefault="00AE1C1F">
      <w:r>
        <w:t xml:space="preserve">UM Foundation may update this Policy from time to time to reflect changes in REX, legal requirements, technical architecture, service providers, or privacy and security practices. The “Last Updated” date will identify the most recent version. If UM Foundation makes material changes to how it treats Student Data, UM Foundation will provide notice to the School through email, the REX platform, contractual notice, or another reasonable method. Material changes that reduce protections for Student Data will not apply to previously collected Student Data without appropriate School authorization where required by law or agreement. This Policy was last updated on </w:t>
      </w:r>
      <w:r w:rsidR="00D12D6A">
        <w:t>10.13.26</w:t>
      </w:r>
      <w:r>
        <w:t>.</w:t>
      </w:r>
    </w:p>
    <w:p w14:paraId="2C6B040A" w14:textId="77777777" w:rsidR="006D664B" w:rsidRDefault="00AE1C1F">
      <w:pPr>
        <w:pStyle w:val="Heading1"/>
      </w:pPr>
      <w:r>
        <w:lastRenderedPageBreak/>
        <w:t>24. Contact Us</w:t>
      </w:r>
    </w:p>
    <w:p w14:paraId="2086C42F" w14:textId="77777777" w:rsidR="006D664B" w:rsidRDefault="00AE1C1F">
      <w:r>
        <w:t>Questions about this Policy or UM Foundation’s privacy practices may be directed to:</w:t>
      </w:r>
    </w:p>
    <w:p w14:paraId="6D20FCAA" w14:textId="7530782B" w:rsidR="006D664B" w:rsidRDefault="00AE1C1F">
      <w:r>
        <w:t>UM Foundation</w:t>
      </w:r>
      <w:r>
        <w:br/>
        <w:t>Attention: Privacy / REX Student Data Privacy</w:t>
      </w:r>
      <w:r>
        <w:rPr>
          <w:highlight w:val="yellow"/>
        </w:rPr>
        <w:br/>
      </w:r>
      <w:r>
        <w:t>Email: customerservice@theumf.org</w:t>
      </w:r>
      <w:r>
        <w:br/>
        <w:t>Phone: +1.310.</w:t>
      </w:r>
      <w:r w:rsidR="00D12D6A">
        <w:t>892.7007</w:t>
      </w:r>
    </w:p>
    <w:p w14:paraId="2589EB70" w14:textId="77777777" w:rsidR="006D664B" w:rsidRDefault="00AE1C1F">
      <w:pPr>
        <w:pStyle w:val="Heading1"/>
      </w:pPr>
      <w:r>
        <w:t>25. Definitions</w:t>
      </w:r>
    </w:p>
    <w:p w14:paraId="3719EDE5" w14:textId="77777777" w:rsidR="006D664B" w:rsidRDefault="00AE1C1F">
      <w:pPr>
        <w:spacing w:after="60"/>
      </w:pPr>
      <w:r>
        <w:rPr>
          <w:b/>
        </w:rPr>
        <w:t xml:space="preserve">“COPPA” </w:t>
      </w:r>
      <w:r>
        <w:t>means the Children’s Online Privacy Protection Act and its implementing regulations, as amended.</w:t>
      </w:r>
    </w:p>
    <w:p w14:paraId="78C84B98" w14:textId="77777777" w:rsidR="006D664B" w:rsidRDefault="006D664B">
      <w:pPr>
        <w:spacing w:after="60"/>
      </w:pPr>
    </w:p>
    <w:p w14:paraId="37090B84" w14:textId="77777777" w:rsidR="006D664B" w:rsidRDefault="00AE1C1F">
      <w:pPr>
        <w:spacing w:after="60"/>
      </w:pPr>
      <w:r>
        <w:rPr>
          <w:b/>
        </w:rPr>
        <w:t xml:space="preserve">“De-identified information” </w:t>
      </w:r>
      <w:r>
        <w:t>means information that does not identify and is not reasonably linkable to a particular student, teacher, parent, school, or district, taking into account technical, contractual, administrative, and legal controls.</w:t>
      </w:r>
    </w:p>
    <w:p w14:paraId="710BA62F" w14:textId="77777777" w:rsidR="006D664B" w:rsidRDefault="00AE1C1F">
      <w:pPr>
        <w:spacing w:after="60"/>
      </w:pPr>
      <w:r>
        <w:rPr>
          <w:b/>
        </w:rPr>
        <w:t xml:space="preserve">“FERPA” </w:t>
      </w:r>
      <w:r>
        <w:t>means the Family Educational Rights and Privacy Act and its implementing regulations, as amended.</w:t>
      </w:r>
    </w:p>
    <w:p w14:paraId="66F3541B" w14:textId="77777777" w:rsidR="006D664B" w:rsidRDefault="00AE1C1F">
      <w:pPr>
        <w:spacing w:after="60"/>
      </w:pPr>
      <w:r>
        <w:rPr>
          <w:b/>
        </w:rPr>
        <w:t xml:space="preserve">“Parent” </w:t>
      </w:r>
      <w:r>
        <w:t>means a parent or legal guardian of a student.</w:t>
      </w:r>
    </w:p>
    <w:p w14:paraId="1FEE7364" w14:textId="77777777" w:rsidR="006D664B" w:rsidRDefault="00AE1C1F">
      <w:pPr>
        <w:spacing w:after="60"/>
      </w:pPr>
      <w:r>
        <w:rPr>
          <w:b/>
        </w:rPr>
        <w:t xml:space="preserve">“Personal Information” </w:t>
      </w:r>
      <w:r>
        <w:t>means information that identifies or can reasonably be linked to an individual, including information protected under FERPA, COPPA, California student privacy laws, or other applicable privacy laws.</w:t>
      </w:r>
    </w:p>
    <w:p w14:paraId="19CD862B" w14:textId="77777777" w:rsidR="006D664B" w:rsidRDefault="00AE1C1F">
      <w:pPr>
        <w:spacing w:after="60"/>
      </w:pPr>
      <w:r>
        <w:rPr>
          <w:b/>
        </w:rPr>
        <w:t xml:space="preserve">“REX” </w:t>
      </w:r>
      <w:r>
        <w:t>means UM Foundation’s AI-led instructional platform and related educational services, applications, tools, dashboards, reports, integrations, support, and documentation.</w:t>
      </w:r>
    </w:p>
    <w:p w14:paraId="7CA0D3FE" w14:textId="77777777" w:rsidR="00FC55B8" w:rsidRDefault="00FC55B8">
      <w:pPr>
        <w:spacing w:after="60"/>
      </w:pPr>
      <w:r>
        <w:t>“</w:t>
      </w:r>
      <w:r>
        <w:rPr>
          <w:b/>
          <w:bCs/>
        </w:rPr>
        <w:t>School</w:t>
      </w:r>
      <w:r>
        <w:t>” means a school, school district, charter school, private school, microschool, or other educational organization serving students in kindergarten through grade 12 or in postsecondary education.</w:t>
      </w:r>
    </w:p>
    <w:p w14:paraId="40F1B634" w14:textId="77777777" w:rsidR="006D664B" w:rsidRDefault="00AE1C1F">
      <w:pPr>
        <w:spacing w:after="60"/>
      </w:pPr>
      <w:r>
        <w:rPr>
          <w:b/>
        </w:rPr>
        <w:t xml:space="preserve">“Service Provider” or “Subprocessor” </w:t>
      </w:r>
      <w:r>
        <w:t>means a third party that provides hosting, infrastructure, AI model processing, analytics, security, support, communications, or other services to UM Foundation for REX and that is subject to written obligations designed to protect Student Data.</w:t>
      </w:r>
    </w:p>
    <w:p w14:paraId="13E7B732" w14:textId="77777777" w:rsidR="006D664B" w:rsidRDefault="00AE1C1F">
      <w:pPr>
        <w:spacing w:after="60"/>
      </w:pPr>
      <w:r>
        <w:rPr>
          <w:b/>
        </w:rPr>
        <w:t xml:space="preserve">“Student Data” </w:t>
      </w:r>
      <w:r>
        <w:t>means Personal Information and education-record information relating to a student that is provided to, collected by, generated through, or otherwise processed by REX in connection with school-authorized educational use. Student Data may include student account data, class/teacher/school data, student work, instructional responses, AI feedback, progress, assessment, usage, and technical data.</w:t>
      </w:r>
    </w:p>
    <w:p w14:paraId="3B6BA586" w14:textId="77777777" w:rsidR="006D664B" w:rsidRDefault="00AE1C1F">
      <w:pPr>
        <w:spacing w:after="60"/>
      </w:pPr>
      <w:r>
        <w:rPr>
          <w:b/>
        </w:rPr>
        <w:t xml:space="preserve">“User” </w:t>
      </w:r>
      <w:r>
        <w:t>means an authorized student, teacher, administrator, parent/guardian, school staff member, or other individual who accesses or uses REX.</w:t>
      </w:r>
    </w:p>
    <w:p w14:paraId="2BB9CD8A" w14:textId="77777777" w:rsidR="006D664B" w:rsidRDefault="006D664B" w:rsidP="00844808">
      <w:pPr>
        <w:pStyle w:val="ListBullet"/>
        <w:numPr>
          <w:ilvl w:val="0"/>
          <w:numId w:val="0"/>
        </w:numPr>
        <w:spacing w:after="60"/>
        <w:ind w:left="360"/>
      </w:pPr>
    </w:p>
    <w:sectPr w:rsidR="006D664B"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21B9BC" w14:textId="77777777" w:rsidR="00F25244" w:rsidRDefault="00F25244">
      <w:pPr>
        <w:spacing w:after="0" w:line="240" w:lineRule="auto"/>
      </w:pPr>
      <w:r>
        <w:separator/>
      </w:r>
    </w:p>
  </w:endnote>
  <w:endnote w:type="continuationSeparator" w:id="0">
    <w:p w14:paraId="3056AF18" w14:textId="77777777" w:rsidR="00F25244" w:rsidRDefault="00F25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A3C282" w14:textId="77777777" w:rsidR="006D664B" w:rsidRDefault="006D664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67D98A" w14:textId="77777777" w:rsidR="00F25244" w:rsidRDefault="00F25244">
      <w:pPr>
        <w:spacing w:after="0" w:line="240" w:lineRule="auto"/>
      </w:pPr>
      <w:r>
        <w:separator/>
      </w:r>
    </w:p>
  </w:footnote>
  <w:footnote w:type="continuationSeparator" w:id="0">
    <w:p w14:paraId="13734AC5" w14:textId="77777777" w:rsidR="00F25244" w:rsidRDefault="00F25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2A5C9" w14:textId="77777777" w:rsidR="006D664B" w:rsidRDefault="00AE1C1F">
    <w:pPr>
      <w:pStyle w:val="Header"/>
      <w:jc w:val="right"/>
    </w:pPr>
    <w:r>
      <w:rPr>
        <w:color w:val="595959"/>
        <w:sz w:val="16"/>
      </w:rPr>
      <w:t>UM Foundation / REX - Privacy Policy and Student Data Privacy Addendum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957728">
    <w:abstractNumId w:val="8"/>
  </w:num>
  <w:num w:numId="2" w16cid:durableId="1126584604">
    <w:abstractNumId w:val="6"/>
  </w:num>
  <w:num w:numId="3" w16cid:durableId="916670837">
    <w:abstractNumId w:val="5"/>
  </w:num>
  <w:num w:numId="4" w16cid:durableId="356388929">
    <w:abstractNumId w:val="4"/>
  </w:num>
  <w:num w:numId="5" w16cid:durableId="740905570">
    <w:abstractNumId w:val="7"/>
  </w:num>
  <w:num w:numId="6" w16cid:durableId="1910142482">
    <w:abstractNumId w:val="3"/>
  </w:num>
  <w:num w:numId="7" w16cid:durableId="564027124">
    <w:abstractNumId w:val="2"/>
  </w:num>
  <w:num w:numId="8" w16cid:durableId="1753623504">
    <w:abstractNumId w:val="1"/>
  </w:num>
  <w:num w:numId="9" w16cid:durableId="19604055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59A"/>
    <w:rsid w:val="0002155D"/>
    <w:rsid w:val="00034616"/>
    <w:rsid w:val="000361A1"/>
    <w:rsid w:val="0006063C"/>
    <w:rsid w:val="00061970"/>
    <w:rsid w:val="00065EF4"/>
    <w:rsid w:val="0015074B"/>
    <w:rsid w:val="001E42C9"/>
    <w:rsid w:val="0029639D"/>
    <w:rsid w:val="002A09A5"/>
    <w:rsid w:val="002C399F"/>
    <w:rsid w:val="003036AB"/>
    <w:rsid w:val="00326F90"/>
    <w:rsid w:val="004E7CEC"/>
    <w:rsid w:val="006D664B"/>
    <w:rsid w:val="0074087B"/>
    <w:rsid w:val="007A6E61"/>
    <w:rsid w:val="007E3607"/>
    <w:rsid w:val="00844808"/>
    <w:rsid w:val="00867377"/>
    <w:rsid w:val="00872CEE"/>
    <w:rsid w:val="00872FBF"/>
    <w:rsid w:val="00A177E1"/>
    <w:rsid w:val="00A17BCE"/>
    <w:rsid w:val="00A44D09"/>
    <w:rsid w:val="00AA1D8D"/>
    <w:rsid w:val="00AE1C1F"/>
    <w:rsid w:val="00B47730"/>
    <w:rsid w:val="00CB0664"/>
    <w:rsid w:val="00D03FF6"/>
    <w:rsid w:val="00D11A38"/>
    <w:rsid w:val="00D12D6A"/>
    <w:rsid w:val="00D56402"/>
    <w:rsid w:val="00F25244"/>
    <w:rsid w:val="00F550A2"/>
    <w:rsid w:val="00FC55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DCA430"/>
  <w14:defaultImageDpi w14:val="300"/>
  <w15:docId w15:val="{68D16003-AA51-4B37-969B-292B87A62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100"/>
    </w:pPr>
    <w:rPr>
      <w:rFonts w:ascii="Arial" w:eastAsia="Arial" w:hAnsi="Arial"/>
      <w:i/>
      <w:color w:val="595959"/>
      <w:sz w:val="17"/>
    </w:rPr>
  </w:style>
  <w:style w:type="paragraph" w:styleId="Revision">
    <w:name w:val="Revision"/>
    <w:hidden/>
    <w:uiPriority w:val="99"/>
    <w:semiHidden/>
    <w:rsid w:val="007A6E61"/>
    <w:pPr>
      <w:spacing w:after="0" w:line="240" w:lineRule="auto"/>
    </w:pPr>
    <w:rPr>
      <w:rFonts w:ascii="Arial" w:eastAsia="Arial" w:hAnsi="Arial"/>
      <w:sz w:val="20"/>
    </w:rPr>
  </w:style>
  <w:style w:type="character" w:styleId="CommentReference">
    <w:name w:val="annotation reference"/>
    <w:basedOn w:val="DefaultParagraphFont"/>
    <w:uiPriority w:val="99"/>
    <w:semiHidden/>
    <w:unhideWhenUsed/>
    <w:rsid w:val="00D11A38"/>
    <w:rPr>
      <w:sz w:val="16"/>
      <w:szCs w:val="16"/>
    </w:rPr>
  </w:style>
  <w:style w:type="paragraph" w:styleId="CommentText">
    <w:name w:val="annotation text"/>
    <w:basedOn w:val="Normal"/>
    <w:link w:val="CommentTextChar"/>
    <w:uiPriority w:val="99"/>
    <w:semiHidden/>
    <w:unhideWhenUsed/>
    <w:rsid w:val="00D11A38"/>
    <w:pPr>
      <w:spacing w:line="240" w:lineRule="auto"/>
    </w:pPr>
    <w:rPr>
      <w:szCs w:val="20"/>
    </w:rPr>
  </w:style>
  <w:style w:type="character" w:customStyle="1" w:styleId="CommentTextChar">
    <w:name w:val="Comment Text Char"/>
    <w:basedOn w:val="DefaultParagraphFont"/>
    <w:link w:val="CommentText"/>
    <w:uiPriority w:val="99"/>
    <w:semiHidden/>
    <w:rsid w:val="00D11A38"/>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D11A38"/>
    <w:rPr>
      <w:b/>
      <w:bCs/>
    </w:rPr>
  </w:style>
  <w:style w:type="character" w:customStyle="1" w:styleId="CommentSubjectChar">
    <w:name w:val="Comment Subject Char"/>
    <w:basedOn w:val="CommentTextChar"/>
    <w:link w:val="CommentSubject"/>
    <w:uiPriority w:val="99"/>
    <w:semiHidden/>
    <w:rsid w:val="00D11A38"/>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4ebcf4a5-ef84-4173-ad45-ee4536d75be6}" enabled="0" method="" siteId="{4ebcf4a5-ef84-4173-ad45-ee4536d75be6}"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7</Pages>
  <Words>3662</Words>
  <Characters>22195</Characters>
  <Application>Microsoft Office Word</Application>
  <DocSecurity>0</DocSecurity>
  <Lines>304</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 M. Maloney</cp:lastModifiedBy>
  <cp:revision>4</cp:revision>
  <dcterms:created xsi:type="dcterms:W3CDTF">2026-07-22T02:01:00Z</dcterms:created>
  <dcterms:modified xsi:type="dcterms:W3CDTF">2026-10-13T18:15:00Z</dcterms:modified>
  <cp:category/>
</cp:coreProperties>
</file>